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الدمج والتملك المصرفي في البلدان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سفر/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9789953486932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البلدان العربية/ المصارف/ الدمج/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