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علم الضرائب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صالح الفريجات/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9789957182175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الضريبية/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