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في شركات التأمين والبنوك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محمود السجاعي/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657877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البنوك/ التأمين/ البنوك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