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سياسي النظري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6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انتاج/ نظرية الث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