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عقد التأمين بين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أبو السعود/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9789773790639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مصر/ التأمين/ النصوص التشريعية/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