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المطلب عبد المجيد/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العولمة الاقتصادية/ المنظمات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