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دراسات الجدوى الإقتصادية للمشروعات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عاطف وليم أندراوس/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الفكر الجامعي/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494ص.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9773790111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المشروع/ دراسة الجدوى/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