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فادي محمد عماد الدين توكل/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9789953524818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