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بورصات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كمال طه/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9789771758914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الاوراق المالية/ الخصخصة/ البورصات/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