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الاستثمار وتحليل الاوراق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منير إبراهيم هندى/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مركزالدلتا للطباعة/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الاوراق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