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محمد سليم خوا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3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اسلامية/ النقود/ الشيك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