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ليح حسن خل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25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اقتصاد المالي/ الاقتصاد الدو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