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البريدية-جهاز الدفع الإلكتروني-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دمبري/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