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التجارة الإلكترونية في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هاجر بودغدغ/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