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نظام مراقبة التسيير والتحكم في تسيير البنوك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عسكر ليلى/ داودي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