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و دورة حياة المنتوج دراسة حالة الهاتف الثابت -الجزائرية للإتصالات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خلوف هاجر/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