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 كيفية تسييرها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شريوة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