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تقييم تطبيقات التسويق الداخلي في المؤسسات الخدمية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دونية زكري/ فايزة موساوي/ بلحاج طارق 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63ص.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3300911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