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الأزمة المالية العالمية وبديل البنوك الإسلامية -دراسة تحليلية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بوطلاعة خديجة/ لعتامنة وداد/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