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البطاقات البنكية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الصالح فصيح/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