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تشكيل القصيدة عند المتنبي "قراءة في المجاز"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بلموهوب رتيبة/ موهوب سارة/ نوري خذري(مشرفا)/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8000411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