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الإستفهام النحوي في الجملة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صوفان سلاف/ صوفان مريم/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