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رواية"ذاكرة الماء"ل "واسيني الأعرج"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هشام زلاقي/ سليمان نموشي/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