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العربية بين القدامى و المحدثين دراسة وصفية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كريمة لحكيري/ فضيلة بوعنان/ صفاء بوقزولة/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