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الألم في شعر خنساء -دراسة فنية و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مزياني أسمهان/ كيبش سامية/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