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سيميائية في قصيدة"هوامش على دفتر النكسة" لنزار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أمينة مخلوفي/ ياسمينة بنور/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