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الصعلكة في الشعر الجاهلي عروة بن الورد أنمودج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طبيش فيصل/ لعمراني هشام/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