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في القرآن الكريم الدلالة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يمنى مزهود/ 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