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-موسم الهجرة إلى الشمال-ل"الطيب صالح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الزين حياة/ سخري اميرة/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