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القصيدة عند أبي العتاهية دراسة نحوية وظيفية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سعاد حملاوي/ نوري خدري(مشرفا)/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