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المرفولوجي للحكاية الشعبية"إبن المتروكة"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رقية دلوش/ مريم بودهوس/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