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لبنى كبيش/ هجيرة زغمار/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