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الشخصية في لارواية غدا يوم جديد ل عبد الحميد بن هدوقة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رقية بوحبل/ إيمان رياح/ بن جامع يوسف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8000611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