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 التحويل في النحو العربي وفق النظرية التوليدية التحويلية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سمير بن سي مسعود/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