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إبن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ربيعة حميدة/ سميرة زغبيب/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