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البنية الدرامية عند صلاح عبد الصبور"مأساة الحلاج "أنموذجا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بومزبر إبراهيم/ بولعبيزة خديجة/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