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اللاز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صبرينة رقاد/ نصيحة لكنوش/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