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الشعر الجاهلي "المعلقات نموذج"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درموشي نعيمة/ قيقاح إلهام/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