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الشرطية في القرآن الكريم -سورة التوبة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فوزية بوشجرة/ إسمهان سفياني/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