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التفكيكيةعند جاك دريدا-قصيدة"مريضة الأجفان"لإبن 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دباش/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