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الرواية الجزائرية"سيدة المقام"لواسيني الأعرج-أنموذجا-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وحيدة تباني/ حليمة موهوب/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