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القصة الجزائرية بين الحربين العالميتين الأولى و الثانية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بوحبيلة عبد العزيز/ عتروز فايزة/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