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والتـأخير في القرآن الكريم بعض اللآيات من القرآن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مزيتي هدي/ موساوي كنزة/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