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الديني عند مفدي زكرياء الياذة الجزائر 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بعزيز هشام/ بومليط نسيمة/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