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المدن و الممالك الزائلة في الشعر الأندلسي سينية ابن الأبار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ثلجة خيطر/ شافية بن النية/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