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تشائمية في الأدب الم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نصري أميرة/ رحماني دنيا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