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التوليدية التحويلية الموروث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سعيود/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