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شعر "نازك الملائكة"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خلاف/ صليحة طلحة/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