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داء في القران الكريم سورة البقر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رية مزهود/ فريدة بوحبل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