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القصة الشعبية "لونجة بنت الغولة"أنمودجا" دراسة بنيوية-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سامية بو كماية/ سامية عين سوية/ بن ساري مسعود(مشرفا)/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8006211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